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center"/>
      </w:pPr>
      <w:r>
        <w:rPr>
          <w:rFonts w:ascii="Arial" w:hAnsi="Arial"/>
          <w:b w:val="0"/>
          <w:color w:val="000000"/>
          <w:sz w:val="52"/>
        </w:rPr>
        <w:t>Participant Application</w:t>
      </w:r>
    </w:p>
    <w:p>
      <w:pPr>
        <w:spacing w:after="240"/>
        <w:jc w:val="center"/>
      </w:pPr>
      <w:r>
        <w:rPr>
          <w:rFonts w:ascii="Arial" w:hAnsi="Arial"/>
          <w:color w:val="555555"/>
          <w:sz w:val="24"/>
        </w:rPr>
        <w:t>Unapologetically Her™ Leadership Program | 2026–2027</w:t>
      </w:r>
    </w:p>
    <w:p>
      <w:pPr>
        <w:spacing w:after="280"/>
        <w:jc w:val="center"/>
      </w:pPr>
      <w:r>
        <w:rPr>
          <w:rFonts w:ascii="Arial" w:hAnsi="Arial"/>
          <w:b/>
          <w:color w:val="E91E73"/>
          <w:sz w:val="22"/>
        </w:rPr>
        <w:t>Fearless Transformations • Lead. Heal. Rise.</w:t>
      </w:r>
    </w:p>
    <w:p>
      <w:pPr>
        <w:spacing w:after="180"/>
      </w:pPr>
      <w:r>
        <w:rPr>
          <w:i/>
          <w:color w:val="555555"/>
          <w:sz w:val="20"/>
        </w:rPr>
        <w:t>Please complete every section with a parent/guardian. This application helps us prepare a supportive, safe, and meaningful leadership experience for each participant.</w:t>
      </w:r>
    </w:p>
    <w:p>
      <w:pPr>
        <w:pStyle w:val="Heading1"/>
        <w:keepNext/>
      </w:pPr>
      <w:r>
        <w:rPr>
          <w:rFonts w:ascii="Arial" w:hAnsi="Arial"/>
          <w:color w:val="000000"/>
        </w:rPr>
        <w:t>About the Program</w:t>
      </w:r>
    </w:p>
    <w:p>
      <w:pPr>
        <w:spacing w:after="140"/>
      </w:pPr>
      <w:r>
        <w:t>The Unapologetically Her™ Leadership Program is a Fearless Transformations experience for high school girls in partnership with Central High School / DPSCD. Participants strengthen identity, confidence, emotional wellness, leadership, boundaries, communication, community impact, and college/career readiness.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Bi-monthly leadership workshops and student-led projects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After-school enrichment events, guest speakers, and field experiences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Journal, workbook, wristband, pen, and program T-shirt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A caring community where girls are seen, supported, and encouraged to lead</w:t>
      </w:r>
    </w:p>
    <w:p>
      <w:pPr>
        <w:pStyle w:val="Heading1"/>
        <w:keepNext/>
      </w:pPr>
      <w:r>
        <w:rPr>
          <w:rFonts w:ascii="Arial" w:hAnsi="Arial"/>
          <w:color w:val="000000"/>
        </w:rPr>
        <w:t>Student Information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300"/>
        <w:gridCol w:w="7060"/>
      </w:tblGrid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Student full name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Date of birth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Grade (2026–2027)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☐ 9th    ☐ 10th    ☐ 11th    ☐ 12th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School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Central High School / DPSCD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Student email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Student mobile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Home address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City / ZIP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color w:val="000000"/>
        </w:rPr>
        <w:t>Parent / Guardian &amp; Emergency Contact</w:t>
      </w:r>
    </w:p>
    <w:p>
      <w:pPr>
        <w:spacing w:after="180"/>
      </w:pPr>
      <w:r>
        <w:rPr>
          <w:i/>
          <w:color w:val="555555"/>
          <w:sz w:val="20"/>
        </w:rPr>
        <w:t>A parent/guardian must complete this section. Please share the best ways to reach you.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300"/>
        <w:gridCol w:w="7060"/>
      </w:tblGrid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Parent/guardian name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Relationship to student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Best phone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Email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Preferred contact method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☐ Call    ☐ Text    ☐ Email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Emergency contact name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Emergency contact phone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Relationship to student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rPr>
          <w:rFonts w:ascii="Arial" w:hAnsi="Arial"/>
          <w:color w:val="000000"/>
        </w:rPr>
        <w:t>Transportation &amp; Dismissal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My student may walk home / return to school independently when programming ends.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My student must be picked up by an approved adult.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300"/>
        <w:gridCol w:w="7060"/>
      </w:tblGrid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Approved pickup name(s)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Pickup phone number(s)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  <w:keepNext/>
      </w:pPr>
      <w:r>
        <w:rPr>
          <w:rFonts w:ascii="Arial" w:hAnsi="Arial"/>
          <w:color w:val="000000"/>
        </w:rPr>
        <w:t>Student Support &amp; Safety Information</w:t>
      </w:r>
    </w:p>
    <w:p>
      <w:pPr>
        <w:spacing w:after="180"/>
      </w:pPr>
      <w:r>
        <w:rPr>
          <w:i/>
          <w:color w:val="555555"/>
          <w:sz w:val="20"/>
        </w:rPr>
        <w:t>This information is kept private and used only to help us support your student safely.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300"/>
        <w:gridCol w:w="7060"/>
      </w:tblGrid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Allergies / dietary needs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Medical / health concerns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Medication or care needs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Accessibility / accommodations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Anything else we should know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rPr>
          <w:rFonts w:ascii="Arial" w:hAnsi="Arial"/>
          <w:color w:val="000000"/>
        </w:rPr>
        <w:t>Your Voice Matters</w:t>
      </w:r>
    </w:p>
    <w:p>
      <w:pPr>
        <w:spacing w:after="180"/>
      </w:pPr>
      <w:r>
        <w:rPr>
          <w:i/>
          <w:color w:val="555555"/>
          <w:sz w:val="20"/>
        </w:rPr>
        <w:t>There are no perfect answers. We want to get to know you and learn what support will make this program meaningful for you.</w:t>
      </w:r>
    </w:p>
    <w:p>
      <w:pPr>
        <w:spacing w:before="200" w:after="60"/>
      </w:pPr>
      <w:r>
        <w:rPr>
          <w:rFonts w:ascii="Arial" w:hAnsi="Arial"/>
          <w:b/>
          <w:sz w:val="22"/>
        </w:rPr>
        <w:t>1. What made you interested in joining Unapologetically Her™?</w:t>
      </w:r>
    </w:p>
    <w:p>
      <w:pPr>
        <w:spacing w:after="60" w:line="240" w:lineRule="auto"/>
      </w:pPr>
      <w:r>
        <w:t>________________________________________________________________________________________________</w:t>
      </w:r>
    </w:p>
    <w:p>
      <w:pPr>
        <w:spacing w:before="200" w:after="60"/>
      </w:pPr>
      <w:r>
        <w:rPr>
          <w:rFonts w:ascii="Arial" w:hAnsi="Arial"/>
          <w:b/>
          <w:sz w:val="22"/>
        </w:rPr>
        <w:t>2. What is one strength you are proud of or want to grow?</w:t>
      </w:r>
    </w:p>
    <w:p>
      <w:pPr>
        <w:spacing w:after="60" w:line="240" w:lineRule="auto"/>
      </w:pPr>
      <w:r>
        <w:t>________________________________________________________________________________________________</w:t>
      </w:r>
    </w:p>
    <w:p>
      <w:pPr>
        <w:spacing w:before="200" w:after="60"/>
      </w:pPr>
      <w:r>
        <w:rPr>
          <w:rFonts w:ascii="Arial" w:hAnsi="Arial"/>
          <w:b/>
          <w:sz w:val="22"/>
        </w:rPr>
        <w:t>3. What do you hope to learn, experience, or accomplish this school year?</w:t>
      </w:r>
    </w:p>
    <w:p>
      <w:pPr>
        <w:spacing w:after="60" w:line="240" w:lineRule="auto"/>
      </w:pPr>
      <w:r>
        <w:t>________________________________________________________________________________________________</w:t>
      </w:r>
    </w:p>
    <w:p>
      <w:pPr>
        <w:spacing w:before="200" w:after="60"/>
      </w:pPr>
      <w:r>
        <w:rPr>
          <w:rFonts w:ascii="Arial" w:hAnsi="Arial"/>
          <w:b/>
          <w:sz w:val="22"/>
        </w:rPr>
        <w:t>4. If you could create positive change at school or in your community, what would it be?</w:t>
      </w:r>
    </w:p>
    <w:p>
      <w:pPr>
        <w:spacing w:after="60" w:line="240" w:lineRule="auto"/>
      </w:pPr>
      <w:r>
        <w:t>________________________________________________________________________________________________</w:t>
      </w:r>
    </w:p>
    <w:p>
      <w:pPr>
        <w:pStyle w:val="Heading1"/>
        <w:keepNext/>
      </w:pPr>
      <w:r>
        <w:rPr>
          <w:rFonts w:ascii="Arial" w:hAnsi="Arial"/>
          <w:color w:val="000000"/>
        </w:rPr>
        <w:t>Participant Commitment</w:t>
      </w:r>
    </w:p>
    <w:p>
      <w:pPr>
        <w:spacing w:after="180"/>
      </w:pPr>
      <w:r>
        <w:rPr>
          <w:i/>
          <w:color w:val="555555"/>
          <w:sz w:val="20"/>
        </w:rPr>
        <w:t>By signing below, the student agrees to show up as a respectful and active member of the Fearless Transformations community.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Attend scheduled program sessions and communicate when I cannot attend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Participate respectfully and help create a safe, encouraging space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Respect the privacy, stories, and personal boundaries of other participants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Use responsible communication in person and online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Complete program forms and return them by the requested date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Understand that program participation may be reviewed if expectations are not met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Will you commit to attending at least 2 after-school events this program year?   ☐ Yes    ☐ No</w:t>
      </w:r>
    </w:p>
    <w:p>
      <w:pPr>
        <w:spacing w:after="80"/>
        <w:ind w:left="72"/>
      </w:pPr>
      <w:r>
        <w:rPr>
          <w:rFonts w:ascii="Arial" w:hAnsi="Arial"/>
        </w:rPr>
        <w:t xml:space="preserve">☐ </w:t>
      </w:r>
      <w:r>
        <w:rPr>
          <w:rFonts w:ascii="Arial" w:hAnsi="Arial"/>
          <w:sz w:val="22"/>
        </w:rPr>
        <w:t>Will you commit to attending the program field trip?   ☐ Yes    ☐ No</w:t>
      </w:r>
    </w:p>
    <w:p>
      <w:pPr>
        <w:pStyle w:val="Heading1"/>
        <w:keepNext/>
      </w:pPr>
      <w:r>
        <w:rPr>
          <w:rFonts w:ascii="Arial" w:hAnsi="Arial"/>
          <w:color w:val="000000"/>
        </w:rPr>
        <w:t>Permissions &amp; Family Consent</w:t>
      </w:r>
    </w:p>
    <w:p>
      <w:pPr>
        <w:spacing w:after="180"/>
      </w:pPr>
      <w:r>
        <w:rPr>
          <w:i/>
          <w:color w:val="555555"/>
          <w:sz w:val="20"/>
        </w:rPr>
        <w:t>Please select your choices. Additional field-trip details and permissions will be shared before each off-site experience.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300"/>
        <w:gridCol w:w="7060"/>
      </w:tblGrid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Photo / video / social media release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☐ I give permission    ☐ I do not give permission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School coordination / limited information sharing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☐ I give permission    ☐ I do not give permission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Field trips / off-site program activities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☐ I give permission    ☐ I do not give permission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Emergency medical care if I cannot be reached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☐ I authorize    ☐ I do not authorize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rPr>
          <w:rFonts w:ascii="Arial" w:hAnsi="Arial"/>
          <w:color w:val="000000"/>
        </w:rPr>
        <w:t>Signatures</w:t>
      </w:r>
    </w:p>
    <w:p>
      <w:pPr>
        <w:spacing w:after="180"/>
      </w:pPr>
      <w:r>
        <w:rPr>
          <w:i/>
          <w:color w:val="555555"/>
          <w:sz w:val="20"/>
        </w:rPr>
        <w:t>By signing, we confirm that the information provided is accurate and that we understand the program expectations and permissions selected above.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300"/>
        <w:gridCol w:w="7060"/>
      </w:tblGrid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Student signature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Date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Parent/guardian signature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300"/>
            <w:shd w:fill="F7F4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/>
                <w:color w:val="4B2511"/>
                <w:sz w:val="20"/>
              </w:rPr>
              <w:t>Date</w:t>
            </w:r>
          </w:p>
        </w:tc>
        <w:tc>
          <w:tcPr>
            <w:tcW w:type="dxa" w:w="70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20"/>
              <w:jc w:val="left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224" w:bottom="1008" w:left="1224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55555"/>
        <w:sz w:val="16"/>
      </w:rPr>
      <w:t xml:space="preserve">Fearless Transformations | Unapologetically Her™ Leadership Program | 2026–2027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1554480" cy="1036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4-Unapologetically-Her-Logo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103632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 w:ascii="Arial" w:hAnsi="Arial"/>
      <w:b w:val="0"/>
      <w:bCs/>
      <w:color w:val="434343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Fearless Transformations Participant Application 2026-2027</dc:title>
  <dc:subject/>
  <dc:creator>Fearless Transformations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